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6"/>
        <w:gridCol w:w="4706"/>
      </w:tblGrid>
      <w:tr>
        <w:tc>
          <w:tcPr>
            <w:tcW w:type="dxa" w:w="4844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sz w:val="21"/>
              </w:rPr>
              <w:t>[Prénom et nom du propriétaire]</w:t>
              <w:br/>
            </w:r>
            <w:r>
              <w:rPr>
                <w:rFonts w:ascii="Arial" w:hAnsi="Arial" w:eastAsia="Arial"/>
                <w:b w:val="0"/>
                <w:i w:val="0"/>
                <w:sz w:val="21"/>
              </w:rPr>
              <w:t>[Adresse complète]</w:t>
              <w:br/>
            </w:r>
            <w:r>
              <w:rPr>
                <w:rFonts w:ascii="Arial" w:hAnsi="Arial" w:eastAsia="Arial"/>
                <w:b w:val="0"/>
                <w:i w:val="0"/>
                <w:sz w:val="21"/>
              </w:rPr>
              <w:t>[Code postal et ville]</w:t>
              <w:br/>
            </w:r>
            <w:r>
              <w:rPr>
                <w:rFonts w:ascii="Arial" w:hAnsi="Arial" w:eastAsia="Arial"/>
                <w:b w:val="0"/>
                <w:i w:val="0"/>
                <w:sz w:val="21"/>
              </w:rPr>
              <w:t>[Téléphone]</w:t>
              <w:br/>
            </w:r>
            <w:r>
              <w:rPr>
                <w:rFonts w:ascii="Arial" w:hAnsi="Arial" w:eastAsia="Arial"/>
                <w:b w:val="0"/>
                <w:i w:val="0"/>
                <w:sz w:val="21"/>
              </w:rPr>
              <w:t>[Adresse e-mail]</w:t>
            </w:r>
          </w:p>
        </w:tc>
        <w:tc>
          <w:tcPr>
            <w:tcW w:type="dxa" w:w="4844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 w:line="240" w:lineRule="auto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sz w:val="21"/>
              </w:rPr>
              <w:t>[Prénom et nom du locataire]</w:t>
              <w:br/>
            </w:r>
            <w:r>
              <w:rPr>
                <w:rFonts w:ascii="Arial" w:hAnsi="Arial" w:eastAsia="Arial"/>
                <w:b w:val="0"/>
                <w:i w:val="0"/>
                <w:sz w:val="21"/>
              </w:rPr>
              <w:t>[Adresse du logement loué]</w:t>
              <w:br/>
            </w:r>
            <w:r>
              <w:rPr>
                <w:rFonts w:ascii="Arial" w:hAnsi="Arial" w:eastAsia="Arial"/>
                <w:b w:val="0"/>
                <w:i w:val="0"/>
                <w:sz w:val="21"/>
              </w:rPr>
              <w:t>[Code postal et ville]</w:t>
            </w:r>
          </w:p>
        </w:tc>
      </w:tr>
    </w:tbl>
    <w:p>
      <w:pPr>
        <w:spacing w:before="0" w:after="200" w:line="240" w:lineRule="auto"/>
        <w:jc w:val="right"/>
      </w:pPr>
      <w:r>
        <w:rPr>
          <w:rFonts w:ascii="Arial" w:hAnsi="Arial" w:eastAsia="Arial"/>
          <w:b w:val="0"/>
          <w:i w:val="0"/>
          <w:sz w:val="21"/>
        </w:rPr>
        <w:t>[Ville], le [date]</w:t>
      </w:r>
    </w:p>
    <w:p>
      <w:pPr>
        <w:spacing w:before="0" w:after="200" w:line="240" w:lineRule="auto"/>
      </w:pPr>
      <w:r>
        <w:rPr>
          <w:rFonts w:ascii="Arial" w:hAnsi="Arial" w:eastAsia="Arial"/>
          <w:b w:val="0"/>
          <w:i/>
          <w:sz w:val="21"/>
        </w:rPr>
        <w:t>Lettre recommandée avec accusé de réception</w:t>
      </w:r>
    </w:p>
    <w:p>
      <w:pPr>
        <w:spacing w:before="0" w:after="200" w:line="240" w:lineRule="auto"/>
      </w:pPr>
      <w:r>
        <w:rPr>
          <w:rFonts w:ascii="Arial" w:hAnsi="Arial" w:eastAsia="Arial"/>
          <w:b/>
          <w:i w:val="0"/>
          <w:sz w:val="21"/>
        </w:rPr>
        <w:t>Objet : mise en demeure de payer les loyers et charges impayés</w:t>
      </w:r>
    </w:p>
    <w:p>
      <w:pPr>
        <w:spacing w:before="0" w:after="180" w:line="240" w:lineRule="auto"/>
      </w:pPr>
      <w:r>
        <w:rPr>
          <w:rFonts w:ascii="Arial" w:hAnsi="Arial" w:eastAsia="Arial"/>
          <w:b w:val="0"/>
          <w:i w:val="0"/>
          <w:sz w:val="21"/>
        </w:rPr>
        <w:t>Madame, Monsieur,</w:t>
      </w:r>
    </w:p>
    <w:p>
      <w:pPr>
        <w:spacing w:before="0" w:after="160" w:line="252" w:lineRule="auto"/>
      </w:pPr>
      <w:r>
        <w:rPr>
          <w:rFonts w:ascii="Arial" w:hAnsi="Arial" w:eastAsia="Arial"/>
          <w:b w:val="0"/>
          <w:i w:val="0"/>
          <w:sz w:val="21"/>
        </w:rPr>
        <w:t>Par courrier du [date de la première relance], je vous ai informé(e) du défaut de paiement du loyer et des charges relatifs au logement situé au [adresse complète du logement].</w:t>
      </w:r>
    </w:p>
    <w:p>
      <w:pPr>
        <w:spacing w:before="0" w:after="160" w:line="252" w:lineRule="auto"/>
      </w:pPr>
      <w:r>
        <w:rPr>
          <w:rFonts w:ascii="Arial" w:hAnsi="Arial" w:eastAsia="Arial"/>
          <w:b w:val="0"/>
          <w:i w:val="0"/>
          <w:sz w:val="21"/>
        </w:rPr>
        <w:t>À ce jour, malgré cette relance, la somme due n’a pas été intégralement réglée. Votre dette locative s’élève désormais à [montant total] euros, selon le décompte détaillé joint à ce courrier.</w:t>
      </w:r>
    </w:p>
    <w:p>
      <w:pPr>
        <w:spacing w:before="0" w:after="160" w:line="252" w:lineRule="auto"/>
      </w:pPr>
      <w:r>
        <w:rPr>
          <w:rFonts w:ascii="Arial" w:hAnsi="Arial" w:eastAsia="Arial"/>
          <w:b w:val="0"/>
          <w:i w:val="0"/>
          <w:sz w:val="21"/>
        </w:rPr>
        <w:t>Je vous rappelle que l’article 7 de la loi n° 89-462 du 6 juillet 1989 impose au locataire de payer le loyer et les charges récupérables aux échéances convenues dans le contrat de location.</w:t>
      </w:r>
    </w:p>
    <w:p>
      <w:pPr>
        <w:spacing w:before="0" w:after="160" w:line="252" w:lineRule="auto"/>
      </w:pPr>
      <w:r>
        <w:rPr>
          <w:rFonts w:ascii="Arial" w:hAnsi="Arial" w:eastAsia="Arial"/>
          <w:b w:val="0"/>
          <w:i w:val="0"/>
          <w:sz w:val="21"/>
        </w:rPr>
        <w:t>Par la présente, je vous mets donc en demeure de régler la somme de [montant total] euros dans un délai de huit jours à compter de la réception de ce courrier.</w:t>
      </w:r>
    </w:p>
    <w:p>
      <w:pPr>
        <w:spacing w:before="0" w:after="160" w:line="252" w:lineRule="auto"/>
      </w:pPr>
      <w:r>
        <w:rPr>
          <w:rFonts w:ascii="Arial" w:hAnsi="Arial" w:eastAsia="Arial"/>
          <w:b w:val="0"/>
          <w:i w:val="0"/>
          <w:sz w:val="21"/>
        </w:rPr>
        <w:t>Le règlement peut être effectué par [préciser le moyen de paiement et, si nécessaire, les coordonnées bancaires ou l’adresse d’envoi].</w:t>
      </w:r>
    </w:p>
    <w:p>
      <w:pPr>
        <w:spacing w:before="0" w:after="160" w:line="252" w:lineRule="auto"/>
      </w:pPr>
      <w:r>
        <w:rPr>
          <w:rFonts w:ascii="Arial" w:hAnsi="Arial" w:eastAsia="Arial"/>
          <w:b w:val="0"/>
          <w:i w:val="0"/>
          <w:sz w:val="21"/>
        </w:rPr>
        <w:t>Si vous rencontrez des difficultés financières, je vous invite à me contacter sans délai afin d’envisager, si cela est possible, un échéancier écrit. Cet éventuel accord ne vous dispense pas du paiement des loyers et charges à venir aux dates prévues dans le bail.</w:t>
      </w:r>
    </w:p>
    <w:p>
      <w:pPr>
        <w:spacing w:before="0" w:after="180" w:line="252" w:lineRule="auto"/>
      </w:pPr>
      <w:r>
        <w:rPr>
          <w:rFonts w:ascii="Arial" w:hAnsi="Arial" w:eastAsia="Arial"/>
          <w:b w:val="0"/>
          <w:i w:val="0"/>
          <w:sz w:val="21"/>
        </w:rPr>
        <w:t>À défaut de règlement ou d’accord dans le délai indiqué, je pourrai transmettre le dossier à un commissaire de justice afin qu’il engage les démarches nécessaires, notamment la délivrance d’un commandement de payer.</w:t>
      </w:r>
    </w:p>
    <w:p>
      <w:pPr>
        <w:spacing w:before="0" w:after="220" w:line="252" w:lineRule="auto"/>
      </w:pPr>
      <w:r>
        <w:rPr>
          <w:rFonts w:ascii="Arial" w:hAnsi="Arial" w:eastAsia="Arial"/>
          <w:b w:val="0"/>
          <w:i w:val="0"/>
          <w:sz w:val="21"/>
        </w:rPr>
        <w:t>Je vous prie d’agréer, Madame, Monsieur, l’expression de mes salutations distinguées.</w:t>
      </w:r>
    </w:p>
    <w:p>
      <w:pPr>
        <w:spacing w:before="0" w:after="80" w:line="240" w:lineRule="auto"/>
        <w:jc w:val="right"/>
      </w:pPr>
      <w:r>
        <w:rPr>
          <w:rFonts w:ascii="Arial" w:hAnsi="Arial" w:eastAsia="Arial"/>
          <w:b w:val="0"/>
          <w:i w:val="0"/>
          <w:sz w:val="21"/>
        </w:rPr>
        <w:t>[Signature]</w:t>
      </w:r>
    </w:p>
    <w:p>
      <w:pPr>
        <w:spacing w:before="0" w:after="100" w:line="240" w:lineRule="auto"/>
      </w:pPr>
      <w:r>
        <w:rPr>
          <w:rFonts w:ascii="Arial" w:hAnsi="Arial" w:eastAsia="Arial"/>
          <w:b w:val="0"/>
          <w:i/>
          <w:sz w:val="19"/>
        </w:rPr>
        <w:t>Pièces jointes : décompte détaillé de la dette locative et copie de la première relance.</w:t>
      </w:r>
    </w:p>
    <w:p>
      <w:pPr>
        <w:spacing w:before="160" w:after="0"/>
        <w:pBdr>
          <w:bottom w:val="single" w:sz="4" w:space="8" w:color="B7B7B7"/>
        </w:pBdr>
      </w:pPr>
      <w:r>
        <w:rPr>
          <w:rFonts w:ascii="Arial" w:hAnsi="Arial" w:eastAsia="Arial"/>
          <w:b w:val="0"/>
          <w:i/>
          <w:color w:val="6E6E6E"/>
          <w:sz w:val="14"/>
        </w:rPr>
        <w:t>Modèle LocService.fr à personnaliser : remplacez toutes les mentions entre [crochets] avant l’envoi. Document indicatif, sans valeur de conseil juridique.</w:t>
      </w:r>
    </w:p>
    <w:sectPr w:rsidR="00FC693F" w:rsidRPr="0006063C" w:rsidSect="00034616">
      <w:pgSz w:w="12240" w:h="15840"/>
      <w:pgMar w:top="1020" w:right="1276" w:bottom="794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