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706"/>
        <w:gridCol w:w="4706"/>
      </w:tblGrid>
      <w:tr>
        <w:tc>
          <w:tcPr>
            <w:tcW w:type="dxa" w:w="4844"/>
            <w:tcMar>
              <w:top w:w="0" w:type="dxa"/>
              <w:start w:w="0" w:type="dxa"/>
              <w:bottom w:w="0" w:type="dxa"/>
              <w:end w:w="0" w:type="dxa"/>
            </w:tcMar>
          </w:tcPr>
          <w:p>
            <w:pPr>
              <w:spacing w:after="0" w:line="240" w:lineRule="auto"/>
              <w:jc w:val="left"/>
            </w:pPr>
            <w:r/>
            <w:r>
              <w:rPr>
                <w:rFonts w:ascii="Arial" w:hAnsi="Arial" w:eastAsia="Arial"/>
                <w:b/>
                <w:i w:val="0"/>
                <w:sz w:val="21"/>
              </w:rPr>
              <w:t>[Prénom et nom du propriétaire]</w:t>
              <w:br/>
            </w:r>
            <w:r>
              <w:rPr>
                <w:rFonts w:ascii="Arial" w:hAnsi="Arial" w:eastAsia="Arial"/>
                <w:b w:val="0"/>
                <w:i w:val="0"/>
                <w:sz w:val="21"/>
              </w:rPr>
              <w:t>[Adresse complète]</w:t>
              <w:br/>
            </w:r>
            <w:r>
              <w:rPr>
                <w:rFonts w:ascii="Arial" w:hAnsi="Arial" w:eastAsia="Arial"/>
                <w:b w:val="0"/>
                <w:i w:val="0"/>
                <w:sz w:val="21"/>
              </w:rPr>
              <w:t>[Code postal et ville]</w:t>
              <w:br/>
            </w:r>
            <w:r>
              <w:rPr>
                <w:rFonts w:ascii="Arial" w:hAnsi="Arial" w:eastAsia="Arial"/>
                <w:b w:val="0"/>
                <w:i w:val="0"/>
                <w:sz w:val="21"/>
              </w:rPr>
              <w:t>[Téléphone]</w:t>
              <w:br/>
            </w:r>
            <w:r>
              <w:rPr>
                <w:rFonts w:ascii="Arial" w:hAnsi="Arial" w:eastAsia="Arial"/>
                <w:b w:val="0"/>
                <w:i w:val="0"/>
                <w:sz w:val="21"/>
              </w:rPr>
              <w:t>[Adresse e-mail]</w:t>
            </w:r>
          </w:p>
        </w:tc>
        <w:tc>
          <w:tcPr>
            <w:tcW w:type="dxa" w:w="4844"/>
            <w:tcMar>
              <w:top w:w="0" w:type="dxa"/>
              <w:start w:w="0" w:type="dxa"/>
              <w:bottom w:w="0" w:type="dxa"/>
              <w:end w:w="0" w:type="dxa"/>
            </w:tcMar>
          </w:tcPr>
          <w:p>
            <w:pPr>
              <w:spacing w:after="0" w:line="240" w:lineRule="auto"/>
              <w:jc w:val="right"/>
            </w:pPr>
            <w:r/>
            <w:r>
              <w:rPr>
                <w:rFonts w:ascii="Arial" w:hAnsi="Arial" w:eastAsia="Arial"/>
                <w:b w:val="0"/>
                <w:i w:val="0"/>
                <w:sz w:val="21"/>
              </w:rPr>
              <w:t>[Prénom et nom du locataire]</w:t>
              <w:br/>
            </w:r>
            <w:r>
              <w:rPr>
                <w:rFonts w:ascii="Arial" w:hAnsi="Arial" w:eastAsia="Arial"/>
                <w:b w:val="0"/>
                <w:i w:val="0"/>
                <w:sz w:val="21"/>
              </w:rPr>
              <w:t>[Adresse du logement loué]</w:t>
              <w:br/>
            </w:r>
            <w:r>
              <w:rPr>
                <w:rFonts w:ascii="Arial" w:hAnsi="Arial" w:eastAsia="Arial"/>
                <w:b w:val="0"/>
                <w:i w:val="0"/>
                <w:sz w:val="21"/>
              </w:rPr>
              <w:t>[Code postal et ville]</w:t>
            </w:r>
          </w:p>
        </w:tc>
      </w:tr>
    </w:tbl>
    <w:p>
      <w:pPr>
        <w:spacing w:before="0" w:after="200" w:line="240" w:lineRule="auto"/>
        <w:jc w:val="right"/>
      </w:pPr>
      <w:r>
        <w:rPr>
          <w:rFonts w:ascii="Arial" w:hAnsi="Arial" w:eastAsia="Arial"/>
          <w:b w:val="0"/>
          <w:i w:val="0"/>
          <w:sz w:val="21"/>
        </w:rPr>
        <w:t>[Ville], le [date]</w:t>
      </w:r>
    </w:p>
    <w:p>
      <w:pPr>
        <w:spacing w:before="0" w:after="200" w:line="240" w:lineRule="auto"/>
      </w:pPr>
      <w:r>
        <w:rPr>
          <w:rFonts w:ascii="Arial" w:hAnsi="Arial" w:eastAsia="Arial"/>
          <w:b w:val="0"/>
          <w:i/>
          <w:sz w:val="21"/>
        </w:rPr>
        <w:t>Courrier simple ou courrier électronique</w:t>
      </w:r>
    </w:p>
    <w:p>
      <w:pPr>
        <w:spacing w:before="0" w:after="200" w:line="240" w:lineRule="auto"/>
      </w:pPr>
      <w:r>
        <w:rPr>
          <w:rFonts w:ascii="Arial" w:hAnsi="Arial" w:eastAsia="Arial"/>
          <w:b/>
          <w:i w:val="0"/>
          <w:sz w:val="21"/>
        </w:rPr>
        <w:t>Objet : relance amiable pour loyer impayé</w:t>
      </w:r>
    </w:p>
    <w:p>
      <w:pPr>
        <w:spacing w:before="0" w:after="180" w:line="240" w:lineRule="auto"/>
      </w:pPr>
      <w:r>
        <w:rPr>
          <w:rFonts w:ascii="Arial" w:hAnsi="Arial" w:eastAsia="Arial"/>
          <w:b w:val="0"/>
          <w:i w:val="0"/>
          <w:sz w:val="21"/>
        </w:rPr>
        <w:t>Madame, Monsieur,</w:t>
      </w:r>
    </w:p>
    <w:p>
      <w:pPr>
        <w:spacing w:before="0" w:after="160" w:line="252" w:lineRule="auto"/>
      </w:pPr>
      <w:r>
        <w:rPr>
          <w:rFonts w:ascii="Arial" w:hAnsi="Arial" w:eastAsia="Arial"/>
          <w:b w:val="0"/>
          <w:i w:val="0"/>
          <w:sz w:val="21"/>
        </w:rPr>
        <w:t>Sauf erreur de ma part, je constate que le loyer et les charges dus au titre du mois de [mois et année], pour le logement situé au [adresse complète du logement], n’ont pas été réglés à ce jour.</w:t>
      </w:r>
    </w:p>
    <w:p>
      <w:pPr>
        <w:spacing w:before="0" w:after="160" w:line="252" w:lineRule="auto"/>
      </w:pPr>
      <w:r>
        <w:rPr>
          <w:rFonts w:ascii="Arial" w:hAnsi="Arial" w:eastAsia="Arial"/>
          <w:b w:val="0"/>
          <w:i w:val="0"/>
          <w:sz w:val="21"/>
        </w:rPr>
        <w:t>La somme restant due s’élève à [montant total] euros, correspondant à [montant du loyer] euros de loyer et [montant des charges] euros de charges. Conformément au contrat de location, ce règlement devait intervenir au plus tard le [date d’échéance prévue dans le bail].</w:t>
      </w:r>
    </w:p>
    <w:p>
      <w:pPr>
        <w:spacing w:before="0" w:after="160" w:line="252" w:lineRule="auto"/>
      </w:pPr>
      <w:r>
        <w:rPr>
          <w:rFonts w:ascii="Arial" w:hAnsi="Arial" w:eastAsia="Arial"/>
          <w:b w:val="0"/>
          <w:i w:val="0"/>
          <w:sz w:val="21"/>
        </w:rPr>
        <w:t>Je vous remercie de bien vouloir procéder au paiement de cette somme dans les meilleurs délais, selon les modalités habituelles.</w:t>
      </w:r>
    </w:p>
    <w:p>
      <w:pPr>
        <w:spacing w:before="0" w:after="160" w:line="252" w:lineRule="auto"/>
      </w:pPr>
      <w:r>
        <w:rPr>
          <w:rFonts w:ascii="Arial" w:hAnsi="Arial" w:eastAsia="Arial"/>
          <w:b w:val="0"/>
          <w:i w:val="0"/>
          <w:sz w:val="21"/>
        </w:rPr>
        <w:t>Si votre règlement a été effectué entre-temps, je vous invite à ne pas tenir compte de ce courrier. Dans le cas contraire, si vous rencontrez des difficultés temporaires, je vous remercie de me contacter rapidement afin que nous puissions rechercher une solution adaptée.</w:t>
      </w:r>
    </w:p>
    <w:p>
      <w:pPr>
        <w:spacing w:before="0" w:after="180" w:line="252" w:lineRule="auto"/>
      </w:pPr>
      <w:r>
        <w:rPr>
          <w:rFonts w:ascii="Arial" w:hAnsi="Arial" w:eastAsia="Arial"/>
          <w:b w:val="0"/>
          <w:i w:val="0"/>
          <w:sz w:val="21"/>
        </w:rPr>
        <w:t>À défaut de paiement ou de prise de contact de votre part, je serai amené(e) à vous adresser une mise en demeure de régler les sommes dues.</w:t>
      </w:r>
    </w:p>
    <w:p>
      <w:pPr>
        <w:spacing w:before="0" w:after="240" w:line="252" w:lineRule="auto"/>
      </w:pPr>
      <w:r>
        <w:rPr>
          <w:rFonts w:ascii="Arial" w:hAnsi="Arial" w:eastAsia="Arial"/>
          <w:b w:val="0"/>
          <w:i w:val="0"/>
          <w:sz w:val="21"/>
        </w:rPr>
        <w:t>Je vous prie d’agréer, Madame, Monsieur, l’expression de mes salutations distinguées.</w:t>
      </w:r>
    </w:p>
    <w:p>
      <w:pPr>
        <w:spacing w:before="0" w:after="160" w:line="240" w:lineRule="auto"/>
        <w:jc w:val="right"/>
      </w:pPr>
      <w:r>
        <w:rPr>
          <w:rFonts w:ascii="Arial" w:hAnsi="Arial" w:eastAsia="Arial"/>
          <w:b w:val="0"/>
          <w:i w:val="0"/>
          <w:sz w:val="21"/>
        </w:rPr>
        <w:t>[Signature]</w:t>
      </w:r>
    </w:p>
    <w:p>
      <w:pPr>
        <w:spacing w:before="160" w:after="0"/>
        <w:pBdr>
          <w:bottom w:val="single" w:sz="4" w:space="8" w:color="B7B7B7"/>
        </w:pBdr>
      </w:pPr>
      <w:r>
        <w:rPr>
          <w:rFonts w:ascii="Arial" w:hAnsi="Arial" w:eastAsia="Arial"/>
          <w:b w:val="0"/>
          <w:i/>
          <w:color w:val="6E6E6E"/>
          <w:sz w:val="14"/>
        </w:rPr>
        <w:t>Modèle LocService.fr à personnaliser : remplacez toutes les mentions entre [crochets] avant l’envoi. Document indicatif, sans valeur de conseil juridique.</w:t>
      </w:r>
    </w:p>
    <w:sectPr w:rsidR="00FC693F" w:rsidRPr="0006063C" w:rsidSect="00034616">
      <w:pgSz w:w="12240" w:h="15840"/>
      <w:pgMar w:top="1020" w:right="1276" w:bottom="79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