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i w:val="0"/>
        </w:rPr>
        <w:t>[Prénom et nom du propriétaire]</w:t>
      </w:r>
      <w:r>
        <w:rPr>
          <w:b w:val="0"/>
          <w:i w:val="0"/>
        </w:rPr>
        <w:br/>
        <w:t>[Adresse complète]</w:t>
        <w:br/>
        <w:t>[Code postal et ville]</w:t>
        <w:br/>
        <w:t>[Téléphone] – [Adresse e-mail]</w:t>
      </w:r>
    </w:p>
    <w:p>
      <w:pPr>
        <w:jc w:val="right"/>
      </w:pPr>
      <w:r>
        <w:rPr>
          <w:b/>
          <w:i w:val="0"/>
        </w:rPr>
        <w:t>[Prénom et nom du locataire]</w:t>
      </w:r>
      <w:r>
        <w:rPr>
          <w:b w:val="0"/>
          <w:i w:val="0"/>
        </w:rPr>
        <w:br/>
        <w:t>[Adresse du logement loué]</w:t>
        <w:br/>
        <w:t>[Code postal et ville]</w:t>
      </w:r>
    </w:p>
    <w:p>
      <w:pPr>
        <w:jc w:val="right"/>
      </w:pPr>
      <w:r>
        <w:rPr>
          <w:b w:val="0"/>
          <w:i w:val="0"/>
        </w:rPr>
        <w:t>[Ville], le [date]</w:t>
      </w:r>
    </w:p>
    <w:p>
      <w:r>
        <w:rPr>
          <w:b w:val="0"/>
          <w:i/>
        </w:rPr>
        <w:t>Lettre recommandée avec accusé de réception</w:t>
      </w:r>
    </w:p>
    <w:p>
      <w:r>
        <w:rPr>
          <w:b/>
          <w:i w:val="0"/>
        </w:rPr>
        <w:t>Objet : Congé pour motif légitime et sérieux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Vous êtes locataire du logement situé [adresse complète], en vertu d’un bail conclu le [date de signature] et arrivant à échéance le [date d’échéance].</w:t>
      </w:r>
    </w:p>
    <w:p>
      <w:r>
        <w:rPr>
          <w:b w:val="0"/>
          <w:i w:val="0"/>
        </w:rPr>
        <w:t>Par la présente, je vous informe que je ne souhaite pas renouveler ce bail à son échéance. Je vous donne congé pour le motif légitime et sérieux suivant : [décrire précisément le motif].</w:t>
      </w:r>
    </w:p>
    <w:p>
      <w:r>
        <w:rPr>
          <w:b/>
          <w:i w:val="0"/>
        </w:rPr>
        <w:t xml:space="preserve">Faits invoqués : </w:t>
      </w:r>
      <w:r>
        <w:rPr>
          <w:b w:val="0"/>
          <w:i w:val="0"/>
        </w:rPr>
        <w:t>[exposer les faits de façon datée et vérifiable : retards ou impayés répétés, troubles de voisinage établis, défaut d’assurance, transformations non autorisées, manquements répétés à l’entretien ou autre inexécution du bail].</w:t>
      </w:r>
    </w:p>
    <w:p>
      <w:r>
        <w:rPr>
          <w:b/>
          <w:i w:val="0"/>
        </w:rPr>
        <w:t xml:space="preserve">Démarches déjà effectuées : </w:t>
      </w:r>
      <w:r>
        <w:rPr>
          <w:b w:val="0"/>
          <w:i w:val="0"/>
        </w:rPr>
        <w:t>[rappels, mises en demeure ou courriers adressés les … ; réponses reçues ; absence de régularisation].</w:t>
      </w:r>
    </w:p>
    <w:p>
      <w:r>
        <w:rPr>
          <w:b w:val="0"/>
          <w:i w:val="0"/>
        </w:rPr>
        <w:t>Ces éléments constituent, selon moi, un motif légitime et sérieux de non-renouvellement au sens de [l’article 15 de la loi du 6 juillet 1989 pour une location vide / l’article 25-8 pour une location meublée].</w:t>
      </w:r>
    </w:p>
    <w:p>
      <w:r>
        <w:rPr>
          <w:b w:val="0"/>
          <w:i w:val="0"/>
        </w:rPr>
        <w:t>Le bail prendra donc fin le [date d’échéance], sous réserve du respect d’un préavis d’au moins [six mois pour une location vide / trois mois pour une location meublée]. Vous devrez libérer les lieux et restituer les clés au plus tard à cette date.</w:t>
      </w:r>
    </w:p>
    <w:p>
      <w:r>
        <w:rPr>
          <w:b w:val="0"/>
          <w:i w:val="0"/>
        </w:rPr>
        <w:t>Vous pourrez quitter le logement avant l’échéance et ne serez alors redevable du loyer et des charges que pour votre période réelle d’occupation.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pPr>
        <w:jc w:val="right"/>
      </w:pPr>
      <w:r>
        <w:rPr>
          <w:b w:val="0"/>
          <w:i w:val="0"/>
        </w:rPr>
        <w:t>[Signature]</w:t>
      </w:r>
    </w:p>
    <w:p>
      <w:r>
        <w:rPr>
          <w:b/>
          <w:i w:val="0"/>
        </w:rPr>
        <w:t xml:space="preserve">Pièces jointes : </w:t>
      </w:r>
      <w:r>
        <w:rPr>
          <w:b w:val="0"/>
          <w:i w:val="0"/>
        </w:rPr>
        <w:t>copies des mises en demeure, constats, attestations, décomptes ou autres justificatifs utiles.</w:t>
      </w:r>
    </w:p>
    <w:sectPr w:rsidR="00FC693F" w:rsidRPr="0006063C" w:rsidSect="00034616">
      <w:footerReference w:type="default" r:id="rId9"/>
      <w:pgSz w:w="12240" w:h="15840"/>
      <w:pgMar w:top="850" w:right="992" w:bottom="765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 w:val="0"/>
        <w:i/>
        <w:color w:val="5A5A5A"/>
        <w:sz w:val="15"/>
      </w:rPr>
      <w:t>Modèle LocService.fr à personnaliser : remplacez toutes les mentions entre [crochets] avant l’envoi. Document indicatif, sans valeur de conseil juridique.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