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i w:val="0"/>
        </w:rPr>
        <w:t>[Prénom et nom du propriétaire]</w:t>
      </w:r>
      <w:r>
        <w:rPr>
          <w:b w:val="0"/>
          <w:i w:val="0"/>
        </w:rPr>
        <w:br/>
        <w:t>[Adresse complète]</w:t>
        <w:br/>
        <w:t>[Code postal et ville]</w:t>
        <w:br/>
        <w:t>[Téléphone] – [Adresse e-mail]</w:t>
      </w:r>
    </w:p>
    <w:p>
      <w:pPr>
        <w:jc w:val="right"/>
      </w:pPr>
      <w:r>
        <w:rPr>
          <w:b/>
          <w:i w:val="0"/>
        </w:rPr>
        <w:t>[Prénom et nom du locataire]</w:t>
      </w:r>
      <w:r>
        <w:rPr>
          <w:b w:val="0"/>
          <w:i w:val="0"/>
        </w:rPr>
        <w:br/>
        <w:t>[Adresse du logement loué]</w:t>
        <w:br/>
        <w:t>[Code postal et ville]</w:t>
      </w:r>
    </w:p>
    <w:p>
      <w:pPr>
        <w:jc w:val="right"/>
      </w:pPr>
      <w:r>
        <w:rPr>
          <w:b w:val="0"/>
          <w:i w:val="0"/>
        </w:rPr>
        <w:t>[Ville], le [date]</w:t>
      </w:r>
    </w:p>
    <w:p>
      <w:r>
        <w:rPr>
          <w:b w:val="0"/>
          <w:i/>
        </w:rPr>
        <w:t>Lettre recommandée avec accusé de réception</w:t>
      </w:r>
    </w:p>
    <w:p>
      <w:r>
        <w:rPr>
          <w:b/>
          <w:i w:val="0"/>
        </w:rPr>
        <w:t>Objet : Congé pour reprise du logement</w:t>
      </w:r>
    </w:p>
    <w:p>
      <w:r>
        <w:rPr>
          <w:b w:val="0"/>
          <w:i w:val="0"/>
        </w:rPr>
        <w:t>Madame, Monsieur,</w:t>
      </w:r>
    </w:p>
    <w:p>
      <w:r>
        <w:rPr>
          <w:b w:val="0"/>
          <w:i w:val="0"/>
        </w:rPr>
        <w:t>Vous êtes locataire du logement situé [adresse complète], en vertu d’un bail conclu le [date de signature] et arrivant à échéance le [date d’échéance].</w:t>
      </w:r>
    </w:p>
    <w:p>
      <w:r>
        <w:rPr>
          <w:b w:val="0"/>
          <w:i w:val="0"/>
        </w:rPr>
        <w:t>Par la présente, je vous notifie mon congé pour reprise de ce logement afin qu’il devienne la résidence principale de [moi-même / identité complète du bénéficiaire]. Le bail prendra fin le [date d’échéance].</w:t>
      </w:r>
    </w:p>
    <w:p>
      <w:r>
        <w:rPr>
          <w:b/>
          <w:i w:val="0"/>
        </w:rPr>
        <w:t xml:space="preserve">Bénéficiaire de la reprise : </w:t>
      </w:r>
      <w:r>
        <w:rPr>
          <w:b w:val="0"/>
          <w:i w:val="0"/>
        </w:rPr>
        <w:t>[prénom, nom et adresse actuelle].</w:t>
        <w:br/>
      </w:r>
      <w:r>
        <w:rPr>
          <w:b/>
          <w:i w:val="0"/>
        </w:rPr>
        <w:t xml:space="preserve">Lien avec le propriétaire : </w:t>
      </w:r>
      <w:r>
        <w:rPr>
          <w:b w:val="0"/>
          <w:i w:val="0"/>
        </w:rPr>
        <w:t>[propriétaire lui-même / époux / partenaire de Pacs / concubin notoire depuis au moins un an / ascendant / descendant / autre bénéficiaire autorisé].</w:t>
      </w:r>
    </w:p>
    <w:p>
      <w:r>
        <w:rPr>
          <w:b/>
          <w:i w:val="0"/>
        </w:rPr>
        <w:t xml:space="preserve">Caractère réel et sérieux de la reprise : </w:t>
      </w:r>
      <w:r>
        <w:rPr>
          <w:b w:val="0"/>
          <w:i w:val="0"/>
        </w:rPr>
        <w:t>[expliquer concrètement le projet : rapprochement du lieu de travail, besoin d’un logement principal, changement familial, fin d’une autre occupation, études du bénéficiaire, etc.].</w:t>
      </w:r>
    </w:p>
    <w:p>
      <w:r>
        <w:rPr>
          <w:b w:val="0"/>
          <w:i w:val="0"/>
        </w:rPr>
        <w:t>Ce congé est délivré conformément à [l’article 15 de la loi du 6 juillet 1989 pour une location vide / l’article 25-8 de cette loi pour une location meublée]. Il doit vous parvenir au moins [six mois pour une location vide / trois mois pour une location meublée] avant l’échéance du bail.</w:t>
      </w:r>
    </w:p>
    <w:p>
      <w:r>
        <w:rPr>
          <w:b w:val="0"/>
          <w:i w:val="0"/>
        </w:rPr>
        <w:t>Vous devrez libérer les lieux et restituer les clés au plus tard le [date]. Vous pourrez quitter le logement avant cette échéance et ne serez alors redevable du loyer et des charges que pour votre période réelle d’occupation.</w:t>
      </w:r>
    </w:p>
    <w:p>
      <w:r>
        <w:rPr>
          <w:b w:val="0"/>
          <w:i w:val="0"/>
        </w:rPr>
        <w:t>Je vous prie d’agréer, Madame, Monsieur, l’expression de mes salutations distinguées.</w:t>
      </w:r>
    </w:p>
    <w:p>
      <w:pPr>
        <w:jc w:val="right"/>
      </w:pPr>
      <w:r>
        <w:rPr>
          <w:b w:val="0"/>
          <w:i w:val="0"/>
        </w:rPr>
        <w:t>[Signature]</w:t>
      </w:r>
    </w:p>
    <w:p>
      <w:r>
        <w:rPr>
          <w:b/>
          <w:i w:val="0"/>
        </w:rPr>
        <w:t xml:space="preserve">Pièces jointes : </w:t>
      </w:r>
      <w:r>
        <w:rPr>
          <w:b w:val="0"/>
          <w:i w:val="0"/>
        </w:rPr>
        <w:t>notice d’information obligatoire si le logement est loué vide ; [justificatifs utiles du projet de reprise].</w:t>
      </w:r>
    </w:p>
    <w:sectPr w:rsidR="00FC693F" w:rsidRPr="0006063C" w:rsidSect="00034616">
      <w:footerReference w:type="default" r:id="rId9"/>
      <w:pgSz w:w="12240" w:h="15840"/>
      <w:pgMar w:top="850" w:right="992" w:bottom="765" w:left="9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b w:val="0"/>
        <w:i/>
        <w:color w:val="5A5A5A"/>
        <w:sz w:val="15"/>
      </w:rPr>
      <w:t>Modèle LocService.fr à personnaliser : remplacez toutes les mentions entre [crochets] avant l’envoi. Document indicatif, sans valeur de conseil juridique.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40" w:lineRule="auto"/>
    </w:pPr>
    <w:rPr>
      <w:rFonts w:ascii="Arial" w:hAnsi="Arial" w:eastAsia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