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18"/>
        </w:rPr>
        <w:t>[Prénom et nom du locataire]</w:t>
        <w:br/>
      </w:r>
      <w:r>
        <w:rPr>
          <w:rFonts w:ascii="Arial" w:hAnsi="Arial"/>
          <w:sz w:val="18"/>
        </w:rPr>
        <w:t>[Adresse complète]</w:t>
        <w:br/>
      </w:r>
      <w:r>
        <w:rPr>
          <w:rFonts w:ascii="Arial" w:hAnsi="Arial"/>
          <w:sz w:val="18"/>
        </w:rPr>
        <w:t>[Code postal et ville]</w:t>
        <w:br/>
      </w:r>
      <w:r>
        <w:rPr>
          <w:rFonts w:ascii="Arial" w:hAnsi="Arial"/>
          <w:sz w:val="18"/>
        </w:rPr>
        <w:t>[Téléphone]</w:t>
        <w:br/>
      </w:r>
      <w:r>
        <w:rPr>
          <w:rFonts w:ascii="Arial" w:hAnsi="Arial"/>
          <w:sz w:val="18"/>
        </w:rPr>
        <w:t>[Adresse e-mail]</w:t>
      </w:r>
    </w:p>
    <w:p>
      <w:pPr>
        <w:jc w:val="right"/>
      </w:pPr>
      <w:r>
        <w:rPr>
          <w:rFonts w:ascii="Arial" w:hAnsi="Arial"/>
          <w:sz w:val="18"/>
        </w:rPr>
        <w:t>[Nom du propriétaire ou de l'agence]</w:t>
        <w:br/>
      </w:r>
      <w:r>
        <w:rPr>
          <w:rFonts w:ascii="Arial" w:hAnsi="Arial"/>
          <w:sz w:val="18"/>
        </w:rPr>
        <w:t>[Adresse]</w:t>
        <w:br/>
      </w:r>
      <w:r>
        <w:rPr>
          <w:rFonts w:ascii="Arial" w:hAnsi="Arial"/>
          <w:sz w:val="18"/>
        </w:rPr>
        <w:t>[Code postal et ville]</w:t>
      </w:r>
    </w:p>
    <w:p>
      <w:pPr>
        <w:jc w:val="right"/>
      </w:pPr>
      <w:r>
        <w:rPr>
          <w:rFonts w:ascii="Arial" w:hAnsi="Arial"/>
          <w:sz w:val="18"/>
        </w:rPr>
        <w:t>[Ville], le [date]</w:t>
      </w:r>
    </w:p>
    <w:p>
      <w:r>
        <w:rPr>
          <w:rFonts w:ascii="Arial" w:hAnsi="Arial"/>
          <w:b/>
          <w:sz w:val="18"/>
        </w:rPr>
        <w:t>Objet : demande d'autorisation de sous-location</w:t>
      </w:r>
    </w:p>
    <w:p>
      <w:pPr>
        <w:spacing w:after="80"/>
      </w:pPr>
      <w:r>
        <w:rPr>
          <w:rFonts w:ascii="Arial" w:hAnsi="Arial"/>
          <w:sz w:val="18"/>
        </w:rPr>
        <w:t>Madame, Monsieur,</w:t>
      </w:r>
    </w:p>
    <w:p>
      <w:pPr>
        <w:spacing w:after="80"/>
      </w:pPr>
      <w:r>
        <w:rPr>
          <w:rFonts w:ascii="Arial" w:hAnsi="Arial"/>
          <w:sz w:val="18"/>
        </w:rPr>
        <w:t>Locataire du logement situé au [adresse complète du logement], que j'occupe depuis le [date de prise d'effet du bail], je souhaite solliciter votre accord écrit pour sous-louer [la totalité / une partie] de ce logement.</w:t>
      </w:r>
    </w:p>
    <w:p>
      <w:pPr>
        <w:spacing w:after="80"/>
      </w:pPr>
      <w:r>
        <w:rPr>
          <w:rFonts w:ascii="Arial" w:hAnsi="Arial"/>
          <w:sz w:val="18"/>
        </w:rPr>
        <w:t>La sous-location envisagée concernerait [nom et prénom du sous-locataire, si connu], pour la période du [date de début] au [date de fin], et porterait sur [préciser : logement entier / chambre / partie du logement], représentant environ [surface] m².</w:t>
      </w:r>
    </w:p>
    <w:p>
      <w:pPr>
        <w:spacing w:after="80"/>
      </w:pPr>
      <w:r>
        <w:rPr>
          <w:rFonts w:ascii="Arial" w:hAnsi="Arial"/>
          <w:sz w:val="18"/>
        </w:rPr>
        <w:t>Le loyer de sous-location proposé serait de [montant] euros par mois, auquel s'ajouteraient [montant] euros de charges [ou : charges comprises]. Ce montant respecte la limite prévue par l'article 8 de la loi n° 89-462 du 6 juillet 1989, selon laquelle le loyer au mètre carré des locaux sous-loués ne peut pas dépasser celui payé par le locataire principal.</w:t>
      </w:r>
    </w:p>
    <w:p>
      <w:pPr>
        <w:spacing w:after="80"/>
      </w:pPr>
      <w:r>
        <w:rPr>
          <w:rFonts w:ascii="Arial" w:hAnsi="Arial"/>
          <w:sz w:val="18"/>
        </w:rPr>
        <w:t>Cette demande est motivée par [préciser brièvement le motif : absence temporaire, mobilité, séjour à l'étranger, partage ponctuel du logement, autre]. Je resterai titulaire du bail et responsable à votre égard du paiement du loyer, des charges et du respect de l'ensemble de mes obligations locatives.</w:t>
      </w:r>
    </w:p>
    <w:p>
      <w:pPr>
        <w:spacing w:after="80"/>
      </w:pPr>
      <w:r>
        <w:rPr>
          <w:rFonts w:ascii="Arial" w:hAnsi="Arial"/>
          <w:sz w:val="18"/>
        </w:rPr>
        <w:t>Je vous remercie donc de bien vouloir me confirmer par écrit votre accord sur le principe de cette sous-location ainsi que sur le montant du loyer indiqué ci-dessus.</w:t>
      </w:r>
    </w:p>
    <w:p>
      <w:pPr>
        <w:spacing w:after="80"/>
      </w:pPr>
      <w:r>
        <w:rPr>
          <w:rFonts w:ascii="Arial" w:hAnsi="Arial"/>
          <w:sz w:val="18"/>
        </w:rPr>
        <w:t>En cas d'accord, je remettrai au sous-locataire une copie de votre autorisation écrite ainsi qu'une copie du bail en cours.</w:t>
      </w:r>
    </w:p>
    <w:p>
      <w:pPr>
        <w:spacing w:after="80"/>
      </w:pPr>
      <w:r>
        <w:rPr>
          <w:rFonts w:ascii="Arial" w:hAnsi="Arial"/>
          <w:sz w:val="18"/>
        </w:rPr>
        <w:t>Je reste à votre disposition pour tout renseignement complémentaire et, si vous le souhaitez, pour vous transmettre les informations utiles concernant le sous-locataire envisagé.</w:t>
      </w:r>
    </w:p>
    <w:p>
      <w:pPr>
        <w:spacing w:after="80"/>
      </w:pPr>
      <w:r>
        <w:rPr>
          <w:rFonts w:ascii="Arial" w:hAnsi="Arial"/>
          <w:sz w:val="18"/>
        </w:rPr>
        <w:t>Je vous prie d'agréer, Madame, Monsieur, l'expression de mes salutations distinguées.</w:t>
      </w:r>
    </w:p>
    <w:p>
      <w:pPr>
        <w:jc w:val="right"/>
      </w:pPr>
      <w:r>
        <w:rPr>
          <w:rFonts w:ascii="Arial" w:hAnsi="Arial"/>
          <w:sz w:val="18"/>
        </w:rPr>
        <w:t>[Signature du locataire]</w:t>
      </w:r>
    </w:p>
    <w:p>
      <w:pPr>
        <w:spacing w:before="60" w:after="60"/>
      </w:pPr>
      <w:r>
        <w:rPr>
          <w:rFonts w:ascii="Arial" w:hAnsi="Arial"/>
          <w:b/>
          <w:sz w:val="18"/>
        </w:rPr>
        <w:t>ACCORD DU PROPRIÉTAIRE</w:t>
      </w:r>
    </w:p>
    <w:p>
      <w:pPr>
        <w:spacing w:after="60"/>
      </w:pPr>
      <w:r>
        <w:rPr>
          <w:rFonts w:ascii="Arial" w:hAnsi="Arial"/>
          <w:sz w:val="18"/>
        </w:rPr>
        <w:t>Je soussigné(e), [nom et prénom du propriétaire], autorise [nom du locataire] à sous-louer [la totalité / une partie] du logement situé au [adresse], pour la période du [date] au [date], au loyer mensuel de [montant] euros [hors charges / charges comprises].</w:t>
      </w:r>
    </w:p>
    <w:p>
      <w:pPr>
        <w:spacing w:after="60"/>
      </w:pPr>
      <w:r>
        <w:rPr>
          <w:rFonts w:ascii="Arial" w:hAnsi="Arial"/>
          <w:sz w:val="18"/>
        </w:rPr>
        <w:t>Le présent accord porte expressément sur le principe de la sous-location et sur le prix du loyer indiqué ci-dessus.</w:t>
      </w:r>
    </w:p>
    <w:p>
      <w:pPr>
        <w:jc w:val="right"/>
      </w:pPr>
      <w:r>
        <w:rPr>
          <w:rFonts w:ascii="Arial" w:hAnsi="Arial"/>
          <w:sz w:val="18"/>
        </w:rPr>
        <w:t>Fait à [ville], le [date]</w:t>
        <w:br/>
        <w:t>[Signature du propriétaire]</w:t>
      </w:r>
    </w:p>
    <w:p>
      <w:pPr>
        <w:spacing w:before="120"/>
      </w:pPr>
      <w:r>
        <w:rPr>
          <w:rFonts w:ascii="Arial" w:hAnsi="Arial"/>
          <w:i/>
          <w:sz w:val="14"/>
        </w:rPr>
        <w:t>Modèle LocService.fr à personnaliser : remplacez toutes les mentions entre [crochets] avant l'envoi. Document indicatif, sans valeur de conseil juridique.</w:t>
      </w:r>
    </w:p>
    <w:sectPr w:rsidR="00FC693F" w:rsidRPr="0006063C" w:rsidSect="00034616">
      <w:pgSz w:w="12240" w:h="15840"/>
      <w:pgMar w:top="907" w:right="107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