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5128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sz w:val="21"/>
              </w:rPr>
              <w:t>[Prénom et nom du locataire]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[Adresse complète]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[Code postal et ville]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[Téléphone]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[Adresse e-mail]</w:t>
            </w:r>
          </w:p>
        </w:tc>
        <w:tc>
          <w:tcPr>
            <w:tcW w:type="dxa" w:w="5128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sz w:val="21"/>
              </w:rPr>
              <w:t>[Prénom et nom du propriétaire ou du gestionnaire]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[Adresse complète]</w:t>
            </w:r>
            <w:r>
              <w:br/>
            </w:r>
            <w:r>
              <w:rPr>
                <w:rFonts w:ascii="Arial" w:hAnsi="Arial"/>
                <w:b w:val="0"/>
                <w:sz w:val="21"/>
              </w:rPr>
              <w:t>[Code postal et ville]</w:t>
            </w:r>
          </w:p>
        </w:tc>
      </w:tr>
    </w:tbl>
    <w:p/>
    <w:p>
      <w:pPr>
        <w:jc w:val="right"/>
      </w:pPr>
      <w:r>
        <w:rPr>
          <w:rFonts w:ascii="Arial" w:hAnsi="Arial"/>
          <w:b w:val="0"/>
          <w:sz w:val="21"/>
        </w:rPr>
        <w:t>[Ville], le [date]</w:t>
      </w:r>
    </w:p>
    <w:p>
      <w:r>
        <w:rPr>
          <w:rFonts w:ascii="Arial" w:hAnsi="Arial"/>
          <w:i/>
          <w:sz w:val="20"/>
        </w:rPr>
        <w:t>Courrier simple, courrier électronique ou lettre recommandée avec accusé de réception</w:t>
      </w:r>
    </w:p>
    <w:p>
      <w:r>
        <w:rPr>
          <w:rFonts w:ascii="Arial" w:hAnsi="Arial"/>
          <w:b/>
          <w:sz w:val="21"/>
        </w:rPr>
        <w:t>Objet : demande de travaux ou de réparations dans le logement</w:t>
      </w:r>
    </w:p>
    <w:p>
      <w:r>
        <w:t>Madame, Monsieur,</w:t>
      </w:r>
    </w:p>
    <w:p>
      <w:pPr>
        <w:jc w:val="both"/>
      </w:pPr>
      <w:r>
        <w:t>Je suis locataire du logement situé au [adresse complète du logement], en vertu du bail signé le [date de signature du bail].</w:t>
      </w:r>
    </w:p>
    <w:p>
      <w:pPr>
        <w:jc w:val="both"/>
      </w:pPr>
      <w:r>
        <w:t>Je souhaite vous signaler le problème suivant : [décrire précisément la panne, le désordre ou l’équipement concerné]. Celui-ci a été constaté le [date] et se manifeste de la manière suivante : [préciser les signes observés et leur fréquence].</w:t>
      </w:r>
    </w:p>
    <w:p>
      <w:pPr>
        <w:jc w:val="both"/>
      </w:pPr>
      <w:r>
        <w:t>Cette situation entraîne les conséquences suivantes : [absence de chauffage ou d’eau chaude, infiltration, difficulté d’utilisation d’un équipement, risque d’aggravation, autre conséquence]. [Le cas échéant : je vous ai déjà informé de ce problème le [date], par [téléphone / e-mail / SMS].]</w:t>
      </w:r>
    </w:p>
    <w:p>
      <w:pPr>
        <w:jc w:val="both"/>
      </w:pPr>
      <w:r>
        <w:t>Dans la mesure où cette réparation ne relève pas de l’entretien courant ou des réparations locatives à ma charge, je vous remercie de bien vouloir organiser une intervention afin de remettre le logement ou l’équipement concerné en état.</w:t>
      </w:r>
    </w:p>
    <w:p>
      <w:pPr>
        <w:jc w:val="both"/>
      </w:pPr>
      <w:r>
        <w:t>Je reste disponible pour convenir d’un rendez-vous et permettre l’accès au logement. Vous pouvez me contacter au [téléphone] ou à l’adresse [e-mail].</w:t>
      </w:r>
    </w:p>
    <w:p>
      <w:pPr>
        <w:jc w:val="both"/>
      </w:pPr>
      <w:r>
        <w:t>Je vous remercie de me confirmer les suites données à cette demande ainsi que, si possible, la date prévue pour l’intervention.</w:t>
      </w:r>
    </w:p>
    <w:p>
      <w:pPr>
        <w:jc w:val="both"/>
      </w:pPr>
      <w:r>
        <w:t>Je vous prie d’agréer, Madame, Monsieur, l’expression de mes salutations distinguées.</w:t>
      </w:r>
    </w:p>
    <w:p>
      <w:r>
        <w:rPr>
          <w:i/>
        </w:rPr>
        <w:t>Pièces jointes : [photographies / copie des échanges précédents / constat ou rapport, le cas échéant]</w:t>
      </w:r>
    </w:p>
    <w:p>
      <w:pPr>
        <w:jc w:val="right"/>
      </w:pPr>
      <w:r>
        <w:rPr>
          <w:rFonts w:ascii="Arial" w:hAnsi="Arial"/>
          <w:b w:val="0"/>
          <w:sz w:val="21"/>
        </w:rPr>
        <w:t>[Signature]</w:t>
      </w:r>
    </w:p>
    <w:sectPr w:rsidR="00FC693F" w:rsidRPr="0006063C" w:rsidSect="00034616">
      <w:footerReference w:type="default" r:id="rId9"/>
      <w:pgSz w:w="12240" w:h="15840"/>
      <w:pgMar w:top="879" w:right="992" w:bottom="822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5"/>
      </w:rPr>
      <w:t>Modèle LocService.fr à personnaliser : remplacez toutes les mentions entre [crochets] avant l’envoi. Document indicatif, sans valeur de conseil juridique.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