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5128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sz w:val="21"/>
              </w:rPr>
              <w:t>[Prénom et nom du locataire]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[Adresse complète]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[Code postal et ville]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[Téléphone]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[Adresse e-mail]</w:t>
            </w:r>
          </w:p>
        </w:tc>
        <w:tc>
          <w:tcPr>
            <w:tcW w:type="dxa" w:w="5128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sz w:val="21"/>
              </w:rPr>
              <w:t>[Prénom et nom du propriétaire ou du gestionnaire]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[Adresse complète]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[Code postal et ville]</w:t>
            </w:r>
          </w:p>
        </w:tc>
      </w:tr>
    </w:tbl>
    <w:p/>
    <w:p>
      <w:pPr>
        <w:jc w:val="right"/>
      </w:pPr>
      <w:r>
        <w:rPr>
          <w:rFonts w:ascii="Arial" w:hAnsi="Arial"/>
          <w:b w:val="0"/>
          <w:sz w:val="21"/>
        </w:rPr>
        <w:t>[Ville], le [date]</w:t>
      </w:r>
    </w:p>
    <w:p>
      <w:r>
        <w:rPr>
          <w:rFonts w:ascii="Arial" w:hAnsi="Arial"/>
          <w:i/>
          <w:sz w:val="20"/>
        </w:rPr>
        <w:t>Lettre recommandée avec accusé de réception</w:t>
      </w:r>
    </w:p>
    <w:p>
      <w:r>
        <w:rPr>
          <w:rFonts w:ascii="Arial" w:hAnsi="Arial"/>
          <w:b/>
          <w:sz w:val="21"/>
        </w:rPr>
        <w:t>Objet : relance concernant les travaux ou réparations demandés</w:t>
      </w:r>
    </w:p>
    <w:p>
      <w:r>
        <w:t>Madame, Monsieur,</w:t>
      </w:r>
    </w:p>
    <w:p>
      <w:pPr>
        <w:jc w:val="both"/>
      </w:pPr>
      <w:r>
        <w:t>Je suis locataire du logement situé au [adresse complète du logement], en vertu du bail signé le [date de signature du bail].</w:t>
      </w:r>
    </w:p>
    <w:p>
      <w:pPr>
        <w:jc w:val="both"/>
      </w:pPr>
      <w:r>
        <w:t>Par [courrier / e-mail] du [date de la première demande], je vous ai signalé le problème suivant : [décrire précisément la panne ou le désordre]. À ce jour, [je n’ai reçu aucune réponse / aucune intervention n’a été organisée / les travaux annoncés n’ont pas été réalisés].</w:t>
      </w:r>
    </w:p>
    <w:p>
      <w:pPr>
        <w:jc w:val="both"/>
      </w:pPr>
      <w:r>
        <w:t>La situation persiste et entraîne les conséquences suivantes : [décrire les difficultés, nuisances ou risques constatés]. Vous trouverez en pièces jointes [les photographies / la copie de ma première demande / tout autre justificatif utile].</w:t>
      </w:r>
    </w:p>
    <w:p>
      <w:pPr>
        <w:jc w:val="both"/>
      </w:pPr>
      <w:r>
        <w:t>Je vous rappelle qu’en application de l’article 6 de la loi du 6 juillet 1989, le bailleur doit entretenir les locaux en état de servir à l’usage prévu par le contrat et effectuer les réparations autres que locatives nécessaires au maintien en état et à l’entretien normal du logement.</w:t>
      </w:r>
    </w:p>
    <w:p>
      <w:pPr>
        <w:jc w:val="both"/>
      </w:pPr>
      <w:r>
        <w:t>Je vous demande donc de bien vouloir me contacter dans un délai de [8 / 15] jours à compter de la réception de ce courrier afin de convenir des modalités et de la date d’intervention.</w:t>
      </w:r>
    </w:p>
    <w:p>
      <w:pPr>
        <w:jc w:val="both"/>
      </w:pPr>
      <w:r>
        <w:t>Je reste disponible pour permettre l’accès au logement, sur rendez-vous, et vous remercie de m’informer rapidement des suites données à cette demande.</w:t>
      </w:r>
    </w:p>
    <w:p>
      <w:pPr>
        <w:jc w:val="both"/>
      </w:pPr>
      <w:r>
        <w:t>À défaut de réponse ou de solution dans ce délai, je pourrai solliciter les organismes compétents ou engager les démarches nécessaires afin d’obtenir l’exécution des réparations.</w:t>
      </w:r>
    </w:p>
    <w:p>
      <w:pPr>
        <w:jc w:val="both"/>
      </w:pPr>
      <w:r>
        <w:t>Je vous prie d’agréer, Madame, Monsieur, l’expression de mes salutations distinguées.</w:t>
      </w:r>
    </w:p>
    <w:p>
      <w:r>
        <w:rPr>
          <w:i/>
        </w:rPr>
        <w:t>Pièces jointes : copie de la première demande, photographies et [autres justificatifs]</w:t>
      </w:r>
    </w:p>
    <w:p>
      <w:pPr>
        <w:jc w:val="right"/>
      </w:pPr>
      <w:r>
        <w:rPr>
          <w:rFonts w:ascii="Arial" w:hAnsi="Arial"/>
          <w:b w:val="0"/>
          <w:sz w:val="21"/>
        </w:rPr>
        <w:t>[Signature]</w:t>
      </w:r>
    </w:p>
    <w:sectPr w:rsidR="00FC693F" w:rsidRPr="0006063C" w:rsidSect="00034616">
      <w:footerReference w:type="default" r:id="rId9"/>
      <w:pgSz w:w="12240" w:h="15840"/>
      <w:pgMar w:top="879" w:right="992" w:bottom="822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5"/>
      </w:rPr>
      <w:t>Modèle LocService.fr à personnaliser : remplacez toutes les mentions entre [crochets] avant l’envoi. Document indicatif, sans valeur de conseil juridique.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